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64000" cy="8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rs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KARTA ZGŁOSZENIOWA FRSO</w:t>
      </w:r>
    </w:p>
    <w:p>
      <w:pPr>
        <w:jc w:val="center"/>
      </w:pPr>
      <w:r>
        <w:rPr>
          <w:b/>
        </w:rPr>
        <w:t>Fundacja Rozwoju Społeczno-Oświatowego</w:t>
      </w:r>
    </w:p>
    <w:p>
      <w:r>
        <w:t>Warsztaty dla członków rodzin osób z niepełnosprawnościami, opiekunów, kadry i wolontariuszy bezpośrednio zaangażowanych w proces rehabilitacji społecznej lub zawodowej osób z niepełnosprawnościami.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Wybór</w:t>
            </w:r>
          </w:p>
        </w:tc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Warsztat szkoleniowy</w:t>
            </w:r>
          </w:p>
        </w:tc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Miejsce</w:t>
            </w:r>
          </w:p>
        </w:tc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Planowany termin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ul. Spadochroniarzy 16A, 21-040 Świdnik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02.07.2026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Polonia, ul. Hotelowa 5, Grabanów, 21-500 Biała Podlaska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29.07.2026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Secession, ul. Stefanii Pawlak 6, 21-010 Łęczna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31.08.2026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Korona, ul. Międzyrzecka 71, 21-400 Łuków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24.09.2026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Powiatowy Młodzieżowy Dom Kultury w Lubartowie, ul. Słowackiego 7, 21-100 Lubartów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22.10.2026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Janowski Dom Kultury, ul. Jana Pawła II 3, 23-300 Janów Lubelski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26.11.2026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Montis, ul. Nałęczowska 1, 24-320 Poniatowa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07.12.2026</w:t>
              <w:br/>
              <w:t>10:00-15:00</w:t>
            </w:r>
          </w:p>
        </w:tc>
      </w:tr>
    </w:tbl>
    <w:p>
      <w:r>
        <w:t>Kartę należy przesłać na adres fundacja@frso.eu z dopiskiem w temacie: Warsztaty szkoleniowe lub pocztą na adres Fundacja Rozwoju Społeczno-Oświatowego, ul. Głęboka 10, lok. 27, 20-612 Lublin. Zgłoszenia można dokonać również przez www.frso.eu/warsztaty.</w:t>
      </w:r>
    </w:p>
    <w:p>
      <w:pPr>
        <w:pStyle w:val="Heading1"/>
      </w:pPr>
      <w:r>
        <w:t>Dane osoby zgłoszonej do udziału w warsztacie</w:t>
      </w:r>
    </w:p>
    <w:p>
      <w:r>
        <w:rPr>
          <w:b/>
        </w:rPr>
        <w:t xml:space="preserve">Imię i nazwisko: </w:t>
      </w:r>
      <w:r>
        <w:t>______________________________________________________________________</w:t>
      </w:r>
    </w:p>
    <w:p>
      <w:r>
        <w:rPr>
          <w:b/>
        </w:rPr>
        <w:t xml:space="preserve">Telefon: </w:t>
      </w:r>
      <w:r>
        <w:t>______________________________________________________________________</w:t>
      </w:r>
    </w:p>
    <w:p>
      <w:r>
        <w:rPr>
          <w:b/>
        </w:rPr>
        <w:t xml:space="preserve">E-mail: </w:t>
      </w:r>
      <w:r>
        <w:t>______________________________________________________________________</w:t>
      </w:r>
    </w:p>
    <w:p>
      <w:r>
        <w:rPr>
          <w:b/>
        </w:rPr>
        <w:t xml:space="preserve">Zgłaszający (jeśli dotyczy): </w:t>
      </w:r>
      <w:r>
        <w:t>______________________________________________________________________</w:t>
      </w:r>
    </w:p>
    <w:p>
      <w:r>
        <w:rPr>
          <w:b/>
        </w:rPr>
        <w:t xml:space="preserve">Powiat/gmina zamieszkania lub działania: </w:t>
      </w:r>
      <w:r>
        <w:t>______________________________________________________________________</w:t>
      </w:r>
    </w:p>
    <w:p>
      <w:pPr>
        <w:pStyle w:val="Heading1"/>
      </w:pPr>
      <w:r>
        <w:t>Szczególne potrzeby związane z udziałem</w:t>
      </w:r>
    </w:p>
    <w:p>
      <w:r>
        <w:t>☐ Nie zgłaszam szczególnych potrzeb.</w:t>
      </w:r>
    </w:p>
    <w:p>
      <w:r>
        <w:t>☐ Materiały dużą czcionką.</w:t>
      </w:r>
    </w:p>
    <w:p>
      <w:r>
        <w:t>☐ Materiały ETR / prosty język.</w:t>
      </w:r>
    </w:p>
    <w:p>
      <w:r>
        <w:t>☐ Wsparcie asystenckie.</w:t>
      </w:r>
    </w:p>
    <w:p>
      <w:r>
        <w:t>☐ Tłumacz PJM.</w:t>
      </w:r>
    </w:p>
    <w:p>
      <w:r>
        <w:t>☐ Pomoc w transporcie.</w:t>
      </w:r>
    </w:p>
    <w:p>
      <w:r>
        <w:t>☐ Spokojniejsza przestrzeń / przerwa sensoryczna.</w:t>
      </w:r>
    </w:p>
    <w:p>
      <w:r>
        <w:t>☐ Miejsce dostępne dla osoby poruszającej się na wózku.</w:t>
      </w:r>
    </w:p>
    <w:p>
      <w:r>
        <w:t>Inne potrzeby / racjonalne usprawnienia:</w:t>
        <w:br/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r>
        <w:t>Podpis (odręczny lub elektroniczny): _________________________________</w:t>
      </w:r>
    </w:p>
    <w:p>
      <w:pPr>
        <w:pStyle w:val="Heading1"/>
      </w:pPr>
      <w:r>
        <w:t>Oświadczenia i zgody</w:t>
      </w:r>
    </w:p>
    <w:p>
      <w:r>
        <w:t>Wyrażam zgodę na przetwarzanie moich danych osobowych zawartych w formularzu przez Fundację Rozwoju Społeczno-Oświatowego w celu rekrutacji i uczestnictwa w warsztatach, zgodnie z obowiązującymi przepisami o ochronie danych osobowych, w tym RODO.</w:t>
      </w:r>
    </w:p>
    <w:p>
      <w:r>
        <w:t>Podpis (odręczny lub elektroniczny): _________________________________</w:t>
      </w:r>
    </w:p>
    <w:p>
      <w:pPr>
        <w:pStyle w:val="Heading1"/>
      </w:pPr>
      <w:r>
        <w:t>Informacja RODO</w:t>
      </w:r>
    </w:p>
    <w:p>
      <w:pPr>
        <w:pStyle w:val="ListBullet"/>
      </w:pPr>
      <w:r>
        <w:t>Administratorem Pani/Pana danych osobowych jest Fundacja Rozwoju Społeczno-Oświatowego z siedzibą w Lublinie, ul. Głęboka 10/27, 20-612 Lublin, KRS: 0000848132, NIP: 9462698169, REGON: 386415957.</w:t>
      </w:r>
    </w:p>
    <w:p>
      <w:pPr>
        <w:pStyle w:val="ListBullet"/>
      </w:pPr>
      <w:r>
        <w:t>Z administratorem można kontaktować się pod adresem e-mail: fundacja@frso.eu lub telefonicznie pod numerem wskazanym w dokumentach rekrutacyjnych.</w:t>
      </w:r>
    </w:p>
    <w:p>
      <w:pPr>
        <w:pStyle w:val="ListBullet"/>
      </w:pPr>
      <w:r>
        <w:t>Dane osobowe będą przetwarzane w celu rekrutacji, organizacji udziału oraz prowadzenia dokumentacji związanej z uczestnictwem w warsztatach, a także w celu rozliczenia, kontroli i archiwizacji zadania publicznego.</w:t>
      </w:r>
    </w:p>
    <w:p>
      <w:pPr>
        <w:pStyle w:val="ListBullet"/>
      </w:pPr>
      <w:r>
        <w:t>Podanie danych jest dobrowolne, jednak ich niepodanie może skutkować niemożliwością udziału w rekrutacji lub uczestnictwa w warsztatach.</w:t>
      </w:r>
    </w:p>
    <w:p>
      <w:pPr>
        <w:pStyle w:val="ListBullet"/>
      </w:pPr>
      <w:r>
        <w:t>Przysługuje prawo dostępu do danych, sprostowania, usunięcia, ograniczenia przetwarzania, wniesienia sprzeciwu, cofnięcia zgody i wniesienia skargi do Prezesa UODO.</w:t>
      </w:r>
    </w:p>
    <w:p>
      <w:pPr>
        <w:jc w:val="center"/>
      </w:pPr>
      <w:r>
        <w:rPr>
          <w:color w:val="155B89"/>
          <w:sz w:val="16"/>
        </w:rPr>
        <w:t>Zadanie publiczne jest finansowane ze środków PFRON przyznanych przez Samorząd Województwa Lubelskiego.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5B8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5B8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F7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